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שברים ואחוזים בבעיות מילוליות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חלק מכמות באמצעות שבר או אחוז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שבר לאחוז (מכנה 100)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בעיות מילוליות רב-שלביות בעזרת פס (מלבן) 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חישוב חלק מכמות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כי 50/100 מצטמצם לחצי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1/4 שווה בדיוק ל-25%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מחלקים במכנה וכופלים במונה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חצי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אחוז לשבר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(1/4)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(1/2)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(3/4)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הפתרון של בעיה מילולית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הבעיה פעמיים ומסמנים את הנתונים ואת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קובעים איזה חלק מהכמות ידוע ואיזה חלק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התשובה 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50 אינו מתחלק ב-3 בלי שארית, ולכן אי אפשר לקבל מספר שלם של 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60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המונה הוא המספר העליון בשבר, המכנה הוא המספר התחתון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משווים את התשובה לגודל שהיה צפוי ובודקים שהיא הגיונית ביחס לנתונים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עם תרגול בעל פה של אחוזים בסיסיים (10%, 25%, 50%) לפני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שימוש בציור פס (מלבן) לכל בעיה מילולית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יחד כמה תשובות ולהשוות דרכי הסבר שונות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שברים ואחוזים בבעיות מילוליות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חישוב חלק מכמות עם שברים ואחוזים, ונלמד לפתור בעיות מילוליות בכמה שלבים, כמו בדוגמה של חישוב אורך 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10  ·  חצי  ·  4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חישוב חלק מכמות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הם 25% מ-80?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הם 10% מ-150?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50% שווים לחצי מהכמות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1/4 גדול מ-25%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למצוא 3/4 מכמות מחלקים במונה וכופלים במכנה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25% שווים ל-1 חלקי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10% מתוך 100 הם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50% מכמות שווים ל-__________ מהכמות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אחוז לשבר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1. 25%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1/2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2. 50%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3/4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3. 75%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1/4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הפתרון של בעיה מילולית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קובעים איזה חלק מהכמות ידוע ואיזה חלק חסר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התשובה הגיונית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הבעיה פעמיים ומסמנים את הנתונים ואת השאלה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הסבירו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מדוע לא יתכן ש-1/3 מתוך 50 תלמידים בחרו בספורט מסוים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הם 50% מ-120?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מונה למכנה?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שברים ואחוזים בבעיות מילוליות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