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חלק מכמות באמצעות שבר או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שבר לאחוז (מכנה 100)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רב-שלביות בעזרת פס (מלבן) 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חלק מכמות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50/100 מצטמצם לחצי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1/4 שווה בדיוק ל-25%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מחלקים במכנה וכופלים במונה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הנחה מבטאת חלק שמורידים מהסכום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(1/2)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(1/5)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בעיה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הבעיה פעמיים ומסמנים את הנתונים ואת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איזה חלק מהכמות ידוע ואיזה חלק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כמה שווה חלק אחד (יחידה) מתוך השבר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מכפילים כדי לקבל את הכמות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 אינו מתחלק ב-3 בלי שארית, ולכן אי אפשר לקבל מספר שלם של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בעיה עם נתונים ברורים, שאלה מתאימה ופתרון נכון בשלבים כמו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המונה הוא המספר העליון בשבר, המכנה הוא המספר התחתון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משווים את התשובה לגודל שהיה צפוי ובודקים שהיא הגיונית ביחס 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תרגול בעל פה של אחוזים בסיסיים (10%, 25%, 50%)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פס (מלבן) לכל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כמה תשובות ולהשוות דרכי הסבר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חשבון שברים ואחוזים. נלמד למצוא חלק מכמות ולפתור בעיות עם כמה 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שמראה חלק מכמות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העליון בשבר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התחתון בשבר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שבר שהמכנה שלו הוא 100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באחוזים ממחיר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שברים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מלבן שמחולק לחלקים ועוזר לפתור בעיות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רב-שלבית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שדורשת כמה פעולות חשבון בזו אחר זו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חישוב חלק מכמות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רבע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זה שלושה רבעים מ-40?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זה עשירית מ-150?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זה שני חמישיות מ-50?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זה חצי מ-90?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שווים לחצי מהכמות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1/4 גדול מ-25%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3/4 מכמות מחלקים במונה וכופלים במכנה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אחוז הוא שבר שהמכנה שלו הוא 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אומרת שמורידים מהמחיר 20 אחוזים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25% שווים ל-1 חלקי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10% מתוך 100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למצוא חלק מכמות, מחלקים במכנה וכופלים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50% מכמות שווים ל-__________ מהכמות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בבעיה מילולית חשוב לקרוא את השאלה __________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1/5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1/2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1/4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איזה חלק מהכמות ידוע ואיזה חלק חסר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מכפילים כדי לקבל את הכמות השלמה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הבעיה פעמיים ומסמנים את הנתונים ואת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שווה חלק אחד (יחידה) מתוך השבר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לא יתכן ש-1/3 מתוך 50 תלמידים בחרו בספורט מסוים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בעיה מילולית משלכם שכוללת שבר או אחוז מכמות, ופתרו אותה בשלבים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הם 50% מ-120?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מונה למכנה?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תשובה לבעיה מילולית הגיונית?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ואחוזים בבעיות מילוליות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